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32"/>
        </w:rPr>
        <w:t>BIO-DATA / CURRICULUM VITAE</w:t>
      </w:r>
    </w:p>
    <w:p>
      <w:pPr>
        <w:jc w:val="center"/>
      </w:pPr>
      <w:r>
        <w:rPr>
          <w:b/>
          <w:sz w:val="23"/>
        </w:rPr>
        <w:t>For Walk-in Interview – Guest Faculty, Academic Session 2026–27</w:t>
      </w:r>
    </w:p>
    <w:p>
      <w:pPr>
        <w:jc w:val="center"/>
      </w:pPr>
      <w:r>
        <w:rPr>
          <w:b/>
          <w:sz w:val="24"/>
        </w:rPr>
        <w:t>Indira Gandhi National Tribal University, Amarkantak</w:t>
      </w:r>
    </w:p>
    <w:p>
      <w:pPr>
        <w:jc w:val="center"/>
      </w:pPr>
      <w:r>
        <w:rPr>
          <w:sz w:val="19"/>
        </w:rPr>
        <w:t>Ref. No. IGNTU/2026/RC-GF/152 dated 27.08.2026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Post Applied For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Guest Faculty</w:t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Department Applied For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____________________________</w:t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Category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UR / OBC / SC / ST / EWS</w:t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Date of Interview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____ / ____ / 2026</w:t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Reporting Time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________________</w:t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Advertisement Ref.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IGNTU/2026/RC-GF/152</w:t>
            </w:r>
          </w:p>
        </w:tc>
      </w:tr>
    </w:tbl>
    <w:p/>
    <w:p>
      <w:r>
        <w:rPr>
          <w:b/>
          <w:sz w:val="23"/>
        </w:rPr>
        <w:t>1. PERSONAL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Full Name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Date of Birth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Father's / Mother's Name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Gender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Male / Female / Other</w:t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Nationality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Indian</w:t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Marital Status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Mobile No.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Email ID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Correspondence Address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Permanent Address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Category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UR / OBC / SC / ST / EWS</w:t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PwBD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Yes / No</w:t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Aadhaar / ID (last 4 digits only)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Photo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Affix recent passport-size photograph</w:t>
            </w:r>
          </w:p>
        </w:tc>
      </w:tr>
    </w:tbl>
    <w:p/>
    <w:p>
      <w:r>
        <w:rPr>
          <w:b/>
          <w:sz w:val="23"/>
        </w:rPr>
        <w:t>2. ACADEMIC QUALIFICATIONS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blHeader w:val="true"/>
        </w:trPr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S.No.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Examination / Degree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Subject / Specialization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University / Board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Year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Percentage / CGPA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Division / Grade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/>
    <w:p>
      <w:r>
        <w:rPr>
          <w:b/>
          <w:sz w:val="23"/>
        </w:rPr>
        <w:t>3. UGC/PCI ELIGIBILITY &amp; RESEARCH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NET / SLET / SET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Yes / No | Exam &amp; Year: __________</w:t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Score / Rank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Ph.D.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Yes / No</w:t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Year of Award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Ph.D. Thesis Title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University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M.Phil. (if applicable)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Yes / No</w:t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Year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Research Publications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No. of publications: ______</w:t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Books / Chapters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  <w:t>________</w:t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Other Academic / Research Details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</w:tbl>
    <w:p/>
    <w:p>
      <w:r>
        <w:rPr>
          <w:b/>
          <w:sz w:val="23"/>
        </w:rPr>
        <w:t>4. TEACHING / RESEARCH / PROFESSIONAL EXPERIENCE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7"/>
              </w:rPr>
              <w:t>S.No.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7"/>
              </w:rPr>
              <w:t>Organization / Institution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7"/>
              </w:rPr>
              <w:t>Post / Position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7"/>
              </w:rPr>
              <w:t>Subject / Work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7"/>
              </w:rPr>
              <w:t>From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7"/>
              </w:rPr>
              <w:t>To</w:t>
            </w:r>
          </w:p>
        </w:tc>
        <w:tc>
          <w:tcPr>
            <w:tcW w:type="dxa" w:w="1481"/>
            <w:vAlign w:val="center"/>
            <w:shd w:fill="D9EAF7"/>
          </w:tcPr>
          <w:p>
            <w:r/>
            <w:r>
              <w:rPr>
                <w:rFonts w:ascii="Times New Roman" w:hAnsi="Times New Roman"/>
                <w:b/>
                <w:sz w:val="17"/>
              </w:rPr>
              <w:t>Total Experience</w:t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  <w:t>1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  <w:t>2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  <w:t>3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</w:tr>
      <w:tr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  <w:t>4</w:t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  <w:tc>
          <w:tcPr>
            <w:tcW w:type="dxa" w:w="1481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17"/>
              </w:rPr>
            </w:r>
          </w:p>
        </w:tc>
      </w:tr>
    </w:tbl>
    <w:p/>
    <w:p>
      <w:r>
        <w:rPr>
          <w:b/>
          <w:sz w:val="23"/>
        </w:rPr>
        <w:t>5. OTHER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Awards / Fellowships / Certifications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5184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Conferences / Seminars / Workshops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5184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Computer / Technical Skills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5184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Languages Known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5184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Any Other Relevant Information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</w:tbl>
    <w:p/>
    <w:p>
      <w:r>
        <w:rPr>
          <w:b/>
          <w:sz w:val="23"/>
        </w:rPr>
        <w:t>6. DOCUMENTS ENCLOSED / PRODUCED FOR VERIFICATION</w:t>
      </w:r>
    </w:p>
    <w:p>
      <w:pPr>
        <w:spacing w:after="0"/>
      </w:pPr>
      <w:r>
        <w:t>☐ Academic mark sheets / certificates / degrees</w:t>
      </w:r>
    </w:p>
    <w:p>
      <w:pPr>
        <w:spacing w:after="0"/>
      </w:pPr>
      <w:r>
        <w:t>☐ NET / SLET / SET / Ph.D. certificate, as applicable</w:t>
      </w:r>
    </w:p>
    <w:p>
      <w:pPr>
        <w:spacing w:after="0"/>
      </w:pPr>
      <w:r>
        <w:t>☐ Experience certificates</w:t>
      </w:r>
    </w:p>
    <w:p>
      <w:pPr>
        <w:spacing w:after="0"/>
      </w:pPr>
      <w:r>
        <w:t>☐ Category certificate, if applicable</w:t>
      </w:r>
    </w:p>
    <w:p>
      <w:pPr>
        <w:spacing w:after="0"/>
      </w:pPr>
      <w:r>
        <w:t>☐ PwBD certificate, if applicable</w:t>
      </w:r>
    </w:p>
    <w:p>
      <w:pPr>
        <w:spacing w:after="0"/>
      </w:pPr>
      <w:r>
        <w:t>☐ Research publications / supporting documents, if applicable</w:t>
      </w:r>
    </w:p>
    <w:p>
      <w:pPr>
        <w:spacing w:after="0"/>
      </w:pPr>
      <w:r>
        <w:t>☐ Any other relevant certificate / document</w:t>
      </w:r>
    </w:p>
    <w:p/>
    <w:p>
      <w:r>
        <w:rPr>
          <w:b/>
          <w:sz w:val="23"/>
        </w:rPr>
        <w:t>7. DECLARATION</w:t>
      </w:r>
    </w:p>
    <w:p>
      <w:pPr>
        <w:spacing w:after="80"/>
      </w:pPr>
      <w:r>
        <w:t>I hereby declare that the information furnished above is true and correct to the best of my knowledge and belief. I understand that the University may verify the documents/information submitted by me and that any false or incorrect information may lead to cancellation of my candidature/engagement.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Place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Date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Signature of Candidate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Name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Mobile No.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2592"/>
            <w:vAlign w:val="center"/>
            <w:shd w:fill="EAF2F8"/>
          </w:tcPr>
          <w:p>
            <w:r/>
            <w:r>
              <w:rPr>
                <w:rFonts w:ascii="Times New Roman" w:hAnsi="Times New Roman"/>
                <w:b/>
                <w:sz w:val="20"/>
              </w:rPr>
              <w:t>Email ID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</w:tbl>
    <w:p>
      <w:pPr>
        <w:jc w:val="center"/>
      </w:pPr>
      <w:r>
        <w:rPr>
          <w:i/>
          <w:sz w:val="17"/>
        </w:rPr>
        <w:t>Note: This format is prepared for the IGNTU Guest Faculty walk-in interview. Attach attested copies of relevant certificates/mark sheets and carry originals for verification.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IGNTU Guest Faculty 2026–27 | Bio-data Format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